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7F1EC" w14:textId="77777777" w:rsidR="001A67B5" w:rsidRDefault="00000000">
      <w:pPr>
        <w:pStyle w:val="Title"/>
        <w:jc w:val="center"/>
      </w:pPr>
      <w:r>
        <w:t>Budi Suryadi</w:t>
      </w:r>
    </w:p>
    <w:p w14:paraId="7D28B236" w14:textId="3D3ADDE4" w:rsidR="001A67B5" w:rsidRDefault="00000000">
      <w:pPr>
        <w:jc w:val="center"/>
      </w:pPr>
      <w:r>
        <w:rPr>
          <w:b/>
        </w:rPr>
        <w:t>Senior Backend Engineer | Java | Golang | Microservices | Distributed Systems</w:t>
      </w:r>
      <w:r>
        <w:rPr>
          <w:b/>
        </w:rPr>
        <w:br/>
      </w:r>
      <w:r>
        <w:t>Email: budi.suryadi2712@gmail.com | Phone: +62 838-1579-5776</w:t>
      </w:r>
      <w:r>
        <w:br/>
        <w:t>LinkedIn: linkedin.com/in/budi-suryadi</w:t>
      </w:r>
      <w:r w:rsidR="00595AFA">
        <w:t xml:space="preserve"> | </w:t>
      </w:r>
      <w:proofErr w:type="gramStart"/>
      <w:r w:rsidR="00595AFA">
        <w:t>Website :</w:t>
      </w:r>
      <w:proofErr w:type="gramEnd"/>
      <w:r w:rsidR="00595AFA">
        <w:t xml:space="preserve"> </w:t>
      </w:r>
      <w:r w:rsidR="00595AFA" w:rsidRPr="00595AFA">
        <w:t>https://budisuryadi.my.id</w:t>
      </w:r>
    </w:p>
    <w:p w14:paraId="1D49CCC3" w14:textId="77777777" w:rsidR="001A67B5" w:rsidRDefault="00000000">
      <w:pPr>
        <w:pStyle w:val="Heading1"/>
      </w:pPr>
      <w:r>
        <w:t>Professional Summary</w:t>
      </w:r>
    </w:p>
    <w:p w14:paraId="33411428" w14:textId="77777777" w:rsidR="001A67B5" w:rsidRDefault="00000000">
      <w:r>
        <w:t>Senior Backend Engineer with 10+ years of experience building scalable, secure, and high-performance backend systems for banking, fintech, insurance, and enterprise platforms.</w:t>
      </w:r>
      <w:r>
        <w:br/>
      </w:r>
      <w:r>
        <w:br/>
        <w:t>Specialized in Java, Spring Boot, Golang, Kafka, Redis, PostgreSQL, Kubernetes, microservices architecture, and distributed systems. Experienced in designing event-driven systems, asynchronous processing pipelines, CI/CD automation, observability, and cloud-native backend platforms.</w:t>
      </w:r>
      <w:r>
        <w:br/>
      </w:r>
      <w:r>
        <w:br/>
        <w:t>Strong background in backend architecture, secure software engineering, system integration, technical leadership, and AI-assisted engineering workflows for code review, performance analysis, SQL optimization, debugging, and incident investigation.</w:t>
      </w:r>
      <w:r>
        <w:br/>
      </w:r>
      <w:r>
        <w:br/>
        <w:t>Strong understanding of software engineering principles and best practices including SOLID, DRY, KISS, YAGNI, clean architecture, maintainable code, and scalable backend system design.</w:t>
      </w:r>
    </w:p>
    <w:p w14:paraId="62AF08AA" w14:textId="77777777" w:rsidR="001A67B5" w:rsidRDefault="00000000">
      <w:pPr>
        <w:pStyle w:val="Heading1"/>
      </w:pPr>
      <w:r>
        <w:t>Technical Skills</w:t>
      </w:r>
    </w:p>
    <w:p w14:paraId="6FEC3C32" w14:textId="77777777" w:rsidR="001A67B5" w:rsidRDefault="00000000">
      <w:pPr>
        <w:pStyle w:val="ListBullet"/>
      </w:pPr>
      <w:r>
        <w:rPr>
          <w:b/>
        </w:rPr>
        <w:t xml:space="preserve">Programming Languages: </w:t>
      </w:r>
      <w:r>
        <w:t>Java, Golang, Python</w:t>
      </w:r>
    </w:p>
    <w:p w14:paraId="54CE2D38" w14:textId="77777777" w:rsidR="001A67B5" w:rsidRDefault="00000000">
      <w:pPr>
        <w:pStyle w:val="ListBullet"/>
      </w:pPr>
      <w:r>
        <w:rPr>
          <w:b/>
        </w:rPr>
        <w:t xml:space="preserve">Backend Technologies: </w:t>
      </w:r>
      <w:r>
        <w:t>Spring Boot, Quarkus, REST API, Microservices, Hibernate, JPA</w:t>
      </w:r>
    </w:p>
    <w:p w14:paraId="04A99C22" w14:textId="77777777" w:rsidR="001A67B5" w:rsidRDefault="00000000">
      <w:pPr>
        <w:pStyle w:val="ListBullet"/>
      </w:pPr>
      <w:r>
        <w:rPr>
          <w:b/>
        </w:rPr>
        <w:t xml:space="preserve">Database: </w:t>
      </w:r>
      <w:r>
        <w:t>PostgreSQL, Oracle, MySQL, Redis, MongoDB, MSSQL</w:t>
      </w:r>
    </w:p>
    <w:p w14:paraId="79D76F35" w14:textId="77777777" w:rsidR="001A67B5" w:rsidRDefault="00000000">
      <w:pPr>
        <w:pStyle w:val="ListBullet"/>
      </w:pPr>
      <w:r>
        <w:rPr>
          <w:b/>
        </w:rPr>
        <w:t xml:space="preserve">Messaging &amp; Distributed Systems: </w:t>
      </w:r>
      <w:r>
        <w:t>Kafka, RabbitMQ, Event-Driven Architecture</w:t>
      </w:r>
    </w:p>
    <w:p w14:paraId="58D2408F" w14:textId="77777777" w:rsidR="001A67B5" w:rsidRDefault="00000000">
      <w:pPr>
        <w:pStyle w:val="ListBullet"/>
      </w:pPr>
      <w:r>
        <w:t>DevOps &amp; Cloud: Docker, Kubernetes, Jenkins, GCP, CI/CD, Grafana, Datadog</w:t>
      </w:r>
    </w:p>
    <w:p w14:paraId="150394FB" w14:textId="77777777" w:rsidR="001A67B5" w:rsidRDefault="00000000">
      <w:pPr>
        <w:pStyle w:val="ListBullet"/>
      </w:pPr>
      <w:r>
        <w:t>Security &amp; Quality: Secure API Development, Authentication &amp; Authorization, Secure CI/CD, Identity Management, SonarQube, Code Review, Vulnerability Remediation, Container Image Scanning</w:t>
      </w:r>
    </w:p>
    <w:p w14:paraId="45770B4B" w14:textId="77777777" w:rsidR="001A67B5" w:rsidRDefault="00000000">
      <w:pPr>
        <w:pStyle w:val="ListBullet"/>
      </w:pPr>
      <w:r>
        <w:rPr>
          <w:b/>
        </w:rPr>
        <w:t xml:space="preserve">Architecture: </w:t>
      </w:r>
      <w:r>
        <w:t>Distributed Systems, Backend Optimization, Observability, Asynchronous Processing, System Design</w:t>
      </w:r>
    </w:p>
    <w:p w14:paraId="02F9193C" w14:textId="77777777" w:rsidR="001A67B5" w:rsidRDefault="00000000">
      <w:pPr>
        <w:pStyle w:val="ListBullet"/>
      </w:pPr>
      <w:r>
        <w:rPr>
          <w:b/>
        </w:rPr>
        <w:t xml:space="preserve">Engineering Principles: </w:t>
      </w:r>
      <w:r>
        <w:t>SOLID, DRY, KISS, YAGNI, Clean Architecture, Maintainable Code</w:t>
      </w:r>
    </w:p>
    <w:p w14:paraId="2949D63C" w14:textId="77777777" w:rsidR="001A67B5" w:rsidRDefault="00000000">
      <w:pPr>
        <w:pStyle w:val="Heading1"/>
      </w:pPr>
      <w:r>
        <w:lastRenderedPageBreak/>
        <w:t>Professional Experience</w:t>
      </w:r>
    </w:p>
    <w:p w14:paraId="10AC8190" w14:textId="77777777" w:rsidR="001A67B5" w:rsidRDefault="00000000">
      <w:r>
        <w:rPr>
          <w:b/>
        </w:rPr>
        <w:t>Dev Lead (Project IFG-LIFE) – PT. ACCORD INNOVATIONS INDONESIA</w:t>
      </w:r>
      <w:r>
        <w:t xml:space="preserve"> | May 2024 – Present | Jakarta, Indonesia</w:t>
      </w:r>
    </w:p>
    <w:p w14:paraId="44F3198D" w14:textId="77777777" w:rsidR="001A67B5" w:rsidRDefault="00000000">
      <w:pPr>
        <w:pStyle w:val="ListBullet"/>
      </w:pPr>
      <w:r>
        <w:t>Lead backend development for enterprise document and correspondence systems handling high-volume internal workflows and document lifecycle automation.</w:t>
      </w:r>
    </w:p>
    <w:p w14:paraId="3D27FE74" w14:textId="77777777" w:rsidR="001A67B5" w:rsidRDefault="00000000">
      <w:pPr>
        <w:pStyle w:val="ListBullet"/>
      </w:pPr>
      <w:r>
        <w:t>Designed and maintained event-driven microservices using Java (Quarkus), PostgreSQL, Kafka, Redis, and Kubernetes.</w:t>
      </w:r>
    </w:p>
    <w:p w14:paraId="425985E0" w14:textId="77777777" w:rsidR="001A67B5" w:rsidRDefault="00000000">
      <w:pPr>
        <w:pStyle w:val="ListBullet"/>
      </w:pPr>
      <w:r>
        <w:t>Implemented monitoring and observability using Grafana for development and UAT environments and Datadog for production systems. Supported vulnerability remediation for application code, build artifacts, and container images to improve platform security and reliability.</w:t>
      </w:r>
    </w:p>
    <w:p w14:paraId="7F71C520" w14:textId="77777777" w:rsidR="001A67B5" w:rsidRDefault="00000000">
      <w:pPr>
        <w:pStyle w:val="ListBullet"/>
      </w:pPr>
      <w:r>
        <w:t>Improved platform reliability through observability, monitoring, and incident response practices.</w:t>
      </w:r>
    </w:p>
    <w:p w14:paraId="4AA46C43" w14:textId="77777777" w:rsidR="001A67B5" w:rsidRDefault="00000000">
      <w:pPr>
        <w:pStyle w:val="ListBullet"/>
      </w:pPr>
      <w:r>
        <w:t>Optimized PostgreSQL queries and asynchronous processing pipelines to improve performance and reduce operational bottlenecks.</w:t>
      </w:r>
    </w:p>
    <w:p w14:paraId="20DA2820" w14:textId="77777777" w:rsidR="001A67B5" w:rsidRDefault="00000000">
      <w:pPr>
        <w:pStyle w:val="ListBullet"/>
      </w:pPr>
      <w:r>
        <w:t>Leveraged AI-assisted engineering workflows for code review, performance analysis, SQL optimization, debugging, technical documentation, and architecture drafting.</w:t>
      </w:r>
    </w:p>
    <w:p w14:paraId="6C4208AC" w14:textId="77777777" w:rsidR="001A67B5" w:rsidRDefault="00000000">
      <w:pPr>
        <w:pStyle w:val="ListBullet"/>
      </w:pPr>
      <w:r>
        <w:t>Collaborated with cross-functional engineering teams to drive backend architecture decisions and technical implementation strategies.</w:t>
      </w:r>
    </w:p>
    <w:p w14:paraId="3C539F67" w14:textId="77777777" w:rsidR="001A67B5" w:rsidRDefault="00000000">
      <w:pPr>
        <w:pStyle w:val="ListBullet"/>
      </w:pPr>
      <w:r>
        <w:t>Applied software engineering principles such as SOLID, DRY, KISS, and clean architecture to improve maintainability and scalability.</w:t>
      </w:r>
    </w:p>
    <w:p w14:paraId="6F170210" w14:textId="77777777" w:rsidR="001A67B5" w:rsidRDefault="00000000">
      <w:r>
        <w:rPr>
          <w:b/>
        </w:rPr>
        <w:t>Software Engineer – PT Jasa Teknologi Informasi IBM</w:t>
      </w:r>
      <w:r>
        <w:t xml:space="preserve"> | Apr 2023 – Apr 2024</w:t>
      </w:r>
    </w:p>
    <w:p w14:paraId="60B7233C" w14:textId="77777777" w:rsidR="001A67B5" w:rsidRDefault="00000000">
      <w:pPr>
        <w:pStyle w:val="ListBullet"/>
      </w:pPr>
      <w:r>
        <w:t>Developed and maintained backend services for the New Branch Delivery System (NBDS) using Java, Spring Boot, Kafka, Redis, and Oracle Database.</w:t>
      </w:r>
    </w:p>
    <w:p w14:paraId="6CCFA590" w14:textId="77777777" w:rsidR="001A67B5" w:rsidRDefault="00000000">
      <w:pPr>
        <w:pStyle w:val="ListBullet"/>
      </w:pPr>
      <w:r>
        <w:t>Implemented HRIS backend features including travel requests, overtime, and transportation claims using Golang, Kafka, Redis, and MSSQL.</w:t>
      </w:r>
    </w:p>
    <w:p w14:paraId="750F6D4F" w14:textId="77777777" w:rsidR="001A67B5" w:rsidRDefault="00000000">
      <w:pPr>
        <w:pStyle w:val="ListBullet"/>
      </w:pPr>
      <w:r>
        <w:t>Collaborated with cross-functional teams to deliver scalable and reliable enterprise applications.</w:t>
      </w:r>
    </w:p>
    <w:p w14:paraId="6BE17465" w14:textId="77777777" w:rsidR="001A67B5" w:rsidRDefault="00000000">
      <w:pPr>
        <w:pStyle w:val="ListBullet"/>
      </w:pPr>
      <w:r>
        <w:t>Improved application maintainability through modular backend service implementation.</w:t>
      </w:r>
    </w:p>
    <w:p w14:paraId="433B3AE8" w14:textId="77777777" w:rsidR="001A67B5" w:rsidRDefault="00000000">
      <w:r>
        <w:rPr>
          <w:b/>
        </w:rPr>
        <w:t>Senior Backend Engineer – PT Lancesoft Indonesia</w:t>
      </w:r>
      <w:r>
        <w:t xml:space="preserve"> | Oct 2022 – Apr 2023</w:t>
      </w:r>
    </w:p>
    <w:p w14:paraId="524FA5A1" w14:textId="77777777" w:rsidR="001A67B5" w:rsidRDefault="00000000">
      <w:pPr>
        <w:pStyle w:val="ListBullet"/>
      </w:pPr>
      <w:r>
        <w:t>Developed backend services for enterprise banking applications using Java, Spring Boot, Kafka, Redis, and Oracle.</w:t>
      </w:r>
    </w:p>
    <w:p w14:paraId="5491F90A" w14:textId="77777777" w:rsidR="001A67B5" w:rsidRDefault="00000000">
      <w:pPr>
        <w:pStyle w:val="ListBullet"/>
      </w:pPr>
      <w:r>
        <w:t>Conducted code reviews and maintained development standards to improve code quality and reduce production issues.</w:t>
      </w:r>
    </w:p>
    <w:p w14:paraId="7F0BCF84" w14:textId="77777777" w:rsidR="001A67B5" w:rsidRDefault="00000000">
      <w:pPr>
        <w:pStyle w:val="ListBullet"/>
      </w:pPr>
      <w:r>
        <w:t>Created and maintained unit tests using JUnit to improve application reliability and test coverage.</w:t>
      </w:r>
    </w:p>
    <w:p w14:paraId="032507D3" w14:textId="77777777" w:rsidR="001A67B5" w:rsidRDefault="00000000">
      <w:r>
        <w:rPr>
          <w:b/>
        </w:rPr>
        <w:t>Senior Ops Tribe Engineer – PT Harta Karun Indonesia (Ajaib)</w:t>
      </w:r>
      <w:r>
        <w:t xml:space="preserve"> | Mar 2021 – Jul 2022</w:t>
      </w:r>
    </w:p>
    <w:p w14:paraId="3EA9C959" w14:textId="77777777" w:rsidR="001A67B5" w:rsidRDefault="00000000">
      <w:pPr>
        <w:pStyle w:val="ListBullet"/>
      </w:pPr>
      <w:r>
        <w:lastRenderedPageBreak/>
        <w:t>Developed internal platform tools using Java, Python, and Next.js to improve operational efficiency.</w:t>
      </w:r>
    </w:p>
    <w:p w14:paraId="129E2ECF" w14:textId="77777777" w:rsidR="001A67B5" w:rsidRDefault="00000000">
      <w:pPr>
        <w:pStyle w:val="ListBullet"/>
      </w:pPr>
      <w:r>
        <w:t>Performed code reviews and implemented unit testing to maintain software quality standards.</w:t>
      </w:r>
    </w:p>
    <w:p w14:paraId="59766CA7" w14:textId="77777777" w:rsidR="001A67B5" w:rsidRDefault="00000000">
      <w:pPr>
        <w:pStyle w:val="ListBullet"/>
      </w:pPr>
      <w:r>
        <w:t>Contributed to backend system improvements in a fast-paced fintech environment.</w:t>
      </w:r>
    </w:p>
    <w:p w14:paraId="2F331803" w14:textId="77777777" w:rsidR="001A67B5" w:rsidRDefault="00000000">
      <w:r>
        <w:rPr>
          <w:b/>
        </w:rPr>
        <w:t>Lead DevOps Engineer – PT Wirecard Teknologi Indonesia</w:t>
      </w:r>
      <w:r>
        <w:t xml:space="preserve"> | Jul 2017 – Aug 2020</w:t>
      </w:r>
    </w:p>
    <w:p w14:paraId="562D00A8" w14:textId="77777777" w:rsidR="001A67B5" w:rsidRDefault="00000000">
      <w:pPr>
        <w:pStyle w:val="ListBullet"/>
      </w:pPr>
      <w:r>
        <w:t>Led and mentored DevOps engineers to improve team productivity and engineering standards.</w:t>
      </w:r>
    </w:p>
    <w:p w14:paraId="177F1782" w14:textId="77777777" w:rsidR="001A67B5" w:rsidRDefault="00000000">
      <w:pPr>
        <w:pStyle w:val="ListBullet"/>
      </w:pPr>
      <w:r>
        <w:t>Designed and implemented CI/CD pipelines with Jenkins, Docker, Nexus, SonarQube, and GitLab.</w:t>
      </w:r>
    </w:p>
    <w:p w14:paraId="01B58DFA" w14:textId="77777777" w:rsidR="001A67B5" w:rsidRDefault="00000000">
      <w:pPr>
        <w:pStyle w:val="ListBullet"/>
      </w:pPr>
      <w:r>
        <w:t>Developed identity management and release management systems using Java and Spring Framework.</w:t>
      </w:r>
    </w:p>
    <w:p w14:paraId="2D1468B1" w14:textId="77777777" w:rsidR="001A67B5" w:rsidRDefault="00000000">
      <w:pPr>
        <w:pStyle w:val="ListBullet"/>
      </w:pPr>
      <w:r>
        <w:t>Implemented secure deployment and versioning strategies for microservices-based applications.</w:t>
      </w:r>
    </w:p>
    <w:p w14:paraId="030122FA" w14:textId="77777777" w:rsidR="001A67B5" w:rsidRDefault="00000000">
      <w:pPr>
        <w:pStyle w:val="ListBullet"/>
      </w:pPr>
      <w:r>
        <w:t>Collaborated with engineering teams to improve deployment reliability, software quality, and operational efficiency.</w:t>
      </w:r>
    </w:p>
    <w:p w14:paraId="5DA77EAD" w14:textId="77777777" w:rsidR="001A67B5" w:rsidRDefault="00000000">
      <w:pPr>
        <w:pStyle w:val="Heading1"/>
      </w:pPr>
      <w:r>
        <w:t>Education</w:t>
      </w:r>
    </w:p>
    <w:p w14:paraId="7DB392FB" w14:textId="77777777" w:rsidR="001A67B5" w:rsidRDefault="00000000">
      <w:r>
        <w:t>Bachelor of Science in Computer Science – Universitas Majalengka (2009 – 2012)</w:t>
      </w:r>
    </w:p>
    <w:p w14:paraId="6D1A99BF" w14:textId="77777777" w:rsidR="001A67B5" w:rsidRDefault="00000000">
      <w:pPr>
        <w:pStyle w:val="Heading1"/>
      </w:pPr>
      <w:r>
        <w:t>Certifications</w:t>
      </w:r>
    </w:p>
    <w:p w14:paraId="30892A40" w14:textId="77777777" w:rsidR="001A67B5" w:rsidRDefault="00000000">
      <w:pPr>
        <w:pStyle w:val="ListBullet"/>
      </w:pPr>
      <w:r>
        <w:t>Working with Concurrency in Go (Golang) – Udemy (2023)</w:t>
      </w:r>
    </w:p>
    <w:p w14:paraId="1926A874" w14:textId="77777777" w:rsidR="001A67B5" w:rsidRDefault="00000000">
      <w:pPr>
        <w:pStyle w:val="ListBullet"/>
      </w:pPr>
      <w:r>
        <w:t>Learn and Understand Node.js – Udemy (2023)</w:t>
      </w:r>
    </w:p>
    <w:p w14:paraId="6FBE3494" w14:textId="73C4E09B" w:rsidR="00595AFA" w:rsidRDefault="00595AFA">
      <w:pPr>
        <w:pStyle w:val="ListBullet"/>
      </w:pPr>
      <w:r>
        <w:t>Java(basic)- Hacker Rank (2026)</w:t>
      </w:r>
    </w:p>
    <w:p w14:paraId="09D015E2" w14:textId="5B50DA9F" w:rsidR="00595AFA" w:rsidRDefault="00595AFA">
      <w:pPr>
        <w:pStyle w:val="ListBullet"/>
      </w:pPr>
      <w:r>
        <w:t>Go(intermediate)-Hacker Rank (2026)</w:t>
      </w:r>
    </w:p>
    <w:p w14:paraId="7E0AD62C" w14:textId="2ED37116" w:rsidR="00595AFA" w:rsidRDefault="00595AFA">
      <w:pPr>
        <w:pStyle w:val="ListBullet"/>
      </w:pPr>
      <w:r>
        <w:t>SQL(Advanced)-Hacker Rank (2026)</w:t>
      </w:r>
    </w:p>
    <w:p w14:paraId="461AC892" w14:textId="520E1646" w:rsidR="00595AFA" w:rsidRDefault="00595AFA">
      <w:pPr>
        <w:pStyle w:val="ListBullet"/>
      </w:pPr>
      <w:r>
        <w:t>Software Engineering-Hacker Rank (2026)</w:t>
      </w:r>
    </w:p>
    <w:sectPr w:rsidR="00595AF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92618075">
    <w:abstractNumId w:val="8"/>
  </w:num>
  <w:num w:numId="2" w16cid:durableId="351495687">
    <w:abstractNumId w:val="6"/>
  </w:num>
  <w:num w:numId="3" w16cid:durableId="266811906">
    <w:abstractNumId w:val="5"/>
  </w:num>
  <w:num w:numId="4" w16cid:durableId="949167270">
    <w:abstractNumId w:val="4"/>
  </w:num>
  <w:num w:numId="5" w16cid:durableId="995838794">
    <w:abstractNumId w:val="7"/>
  </w:num>
  <w:num w:numId="6" w16cid:durableId="1082877385">
    <w:abstractNumId w:val="3"/>
  </w:num>
  <w:num w:numId="7" w16cid:durableId="1137259198">
    <w:abstractNumId w:val="2"/>
  </w:num>
  <w:num w:numId="8" w16cid:durableId="1047685853">
    <w:abstractNumId w:val="1"/>
  </w:num>
  <w:num w:numId="9" w16cid:durableId="222983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A67B5"/>
    <w:rsid w:val="00200AAE"/>
    <w:rsid w:val="0029639D"/>
    <w:rsid w:val="00326F90"/>
    <w:rsid w:val="00595AFA"/>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262EF3"/>
  <w14:defaultImageDpi w14:val="300"/>
  <w15:docId w15:val="{C6357C74-383D-AB4D-9167-C2118D08E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807</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budi suryadi</cp:lastModifiedBy>
  <cp:revision>2</cp:revision>
  <dcterms:created xsi:type="dcterms:W3CDTF">2013-12-23T23:15:00Z</dcterms:created>
  <dcterms:modified xsi:type="dcterms:W3CDTF">2026-05-25T06:59:00Z</dcterms:modified>
  <cp:category/>
</cp:coreProperties>
</file>